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– התחייבות לזהירות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הזהירות הבסיסיים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חציית כביש, שימוש בחגורה וקסדה ונראות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קבלת החלטות נכונה מול לחץ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לפני שפת המדרכה ומביטים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במעבר חצייה כשהרמזור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להגן על הראש מפגיעה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חוגרים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לדאוג שיראו אותנו, למשל עם בגד זוהר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אומרים ״לא״ ועוזרים לחבר להבין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חוצים רק כשהרמזור ירוק ואחרי שבודקים שהרכבים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מהתחייבות הזהירות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חוגרים חגורה בכל נסיעה, גם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מהתחייבות שומר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ההתחייבות כוללת גם לעזור לחברים, לא רק לסרב בעצמנו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לחץ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כלל לסיבה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(כדי לבדוק שהדרך פנויה לפני 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(כדי לחצות במקום הבטוח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(כדי להישאר מוגנים במושב בזמן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(כדי להגן על הראש מפגיעה ברכיבה)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(כדי שנהגים יראו אותנו מרחוק)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(כדי להישאר בטוחים ולעזור גם לחברים)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החצייה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שהרמזור ירוק ושהרכבים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במעבר החצייה בהליכה, 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להביט לצדדים גם תוך כדי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החגורה שומרת על הגוף בבלימה פתאומית ומונעת פגיעה או נפילה מהמושב בזמן תאונה או בלימה 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נהגים צריכים לראות אותנו מרחוק כדי לעצור בזמן; בגדים בהירים או זוהרים עוזרים להם להבחין בנו ולמנוע תאונה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מביטים לצדדים, בודקים רמזור ורכבים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להגן על הגוף והראש מפגיעה בתאונה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לא בנחישות ועוזרים גם לחבר להבין שזה 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לדמות בכיתה את תהליך החצייה הנכון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בין הכללים לחוויות אישיות מהדרך הביתה מבית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לאחר מילוי הדף אפשר להפנות למילוי ההתחייבות והדפסת התעודה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– התחייבות לזהירות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הכללים המופיעים בהתחייבות ״שומר/ת דרך״ – איך חוצים כביש בבטחה, למה חשוב לחגור חגורה ולחבוש קסדה, ואיך נשארים בטוחים גם בחושך וגם מול חברים.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לפני שפת המדרכה ומביטים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 ישר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נכון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חצייה כשהרמזור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מאחורי מכונית חונה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בריצה בין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חובשים קסדה ברכיבה?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אופנתי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להגן על הראש מפגיעה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לנסוע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להתחבא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בנסיעה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במושב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חוגרים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פותחים חלון ומוציאים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אוכלים ושותים בלי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חשוב לעשות בחושך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ללבוש בגדים כהים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לדאוג שיראו אותנו, למשל עם בגד זוהר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להסתכל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כשחבר מפעיל עלינו לחץ חברתי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מסכימים כדי לא לריב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״לא״ ועוזרים לחבר להבין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ועושים את זה בסתר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מפסיקים לדבר איתו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גם כשהרמזור אדום, אם אין מכוניות.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לבדוק שהרכבים עצרו לפני שחוצים גם ברמזור ירוק.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צריך רק בנסיעות ארוכות.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קסדה חובה בכל רכיבה על אופניים או קורקינט.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להתעלם מלחץ חברתי מסוכן בלי לעזור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עוצר/ת לפני __________ המדרכה ומביט/ה לשני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חוצה רק ב__________ חצייה וכשהרמזור ירוק.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חוגר/ת __________ בכל נסיעה.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חובש/ת __________ בכל רכיבה.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בחושך אני דואג/ת ש__________ אותי.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אני אומר/ת ״לא״ ל__________ חברתי מסוכן.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כלל לסיבה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עוצרים לפני שפת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כדי להגן על הראש מפגיעה ברכיבה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חוצים במעבר חצייה ברמזור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כדי להישאר בטוחים ולעזור גם לחברים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חוגרים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כדי לבדוק שהדרך פנויה לפני חצייה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חובשים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כדי שנהגים יראו אותנו מרחוק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לובשים בגד זוהר בחושך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כדי להישאר מוגנים במושב בזמן 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אומרים ״לא״ ללחץ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כדי לחצות במקום הבטוח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החצייה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להביט לצדדים גם תוך כדי החצייה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שפת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במעבר החצייה בהליכה, 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לשני הצדדים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שהרמזור ירוק ושהרכבים עצרו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סיבות לכך שחשוב לחגור חגורת בטיחות בכל נסיעה, גם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במילים שלכם למה חשוב להיראות בחושך כשהולכים או רוכבים בדרך.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לחגור חגורה ולחבוש קסדה?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מגיבים ללחץ חברתי מסוכן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שומרי הדרך – התחייבות לזהירות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