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שומרי הדרך – התחייבות לזהירות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כללי הזהירות הבסיסיים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חציית כביש, שימוש בחגורה וקסדה ונראות בחושך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קבלת החלטות נכונה מול לחץ חברתי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עוצרים לפני שפת המדרכה ומביטים לצדדים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במעבר חצייה כשהרמזור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להגן על הראש מפגיעה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חוגרים חגורת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לדאוג שיראו אותנו, למשל עם בגד זוהר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אומרים ״לא״ ועוזרים לחבר להבין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חוצים רק כשהרמזור ירוק ואחרי שבודקים שהרכבים עצרו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חלק מהתחייבות הזהירות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חוגרים חגורה בכל נסיעה, גם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חלק מהתחייבות שומר הדרך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ההתחייבות כוללת גם לעזור לחברים, לא רק לסרב בעצמנו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קסדה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יראו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לחץ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כלל לסיבה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(כדי לבדוק שהדרך פנויה לפני חצייה)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(כדי לחצות במקום הבטוח ביותר)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(כדי להישאר מוגנים במושב בזמן נסיעה)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(כדי להגן על הראש מפגיעה ברכיבה)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(כדי שנהגים יראו אותנו מרחוק)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(כדי להישאר בטוחים ולעזור גם לחברים)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החצייה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לפני שפת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מביטים לשני הצדדים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מוודאים שהרמזור ירוק ושהרכבים עצרו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חוצים במעבר החצייה בהליכה, לא בריצה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ממשיכים להביט לצדדים גם תוך כדי החצייה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החגורה שומרת על הגוף בבלימה פתאומית ומונעת פגיעה או נפילה מהמושב בזמן תאונה או בלימה חדה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נהגים צריכים לראות אותנו מרחוק כדי לעצור בזמן; בגדים בהירים או זוהרים עוזרים להם להבחין בנו ולמנוע תאונה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עוצרים, מביטים לצדדים, בודקים רמזור ורכבים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להגן על הגוף והראש מפגיעה בתאונה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אומרים לא בנחישות ועוזרים גם לחבר להבין שזה מסוכן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לדמות בכיתה את תהליך החצייה הנכון צעד אחר צעד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בין הכללים לחוויות אישיות מהדרך הביתה מבית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לאחר מילוי הדף אפשר להפנות למילוי ההתחייבות והדפסת התעודה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שומרי הדרך – התחייבות לזהירות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חוקים חשובים לבטיחות בדרך: איך חוצים כביש, למה חוגרים חגורה, למה חובשים קסדה, ואיך נשארים בטוחים.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שפת מדרכה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הקצה של המדרכה לפני הכביש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מעבר חצייה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המסומן בכביש לחצות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חגורת בטיחות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רצועה שמחברת אותנו למושב ברכב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כיסוי ראש שמגן בזמן רכיבה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נראות בחושך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דאגה שאחרים יראו אותנו, למשל עם בגדים זוהרים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לחץ חברתי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כשחברים מנסים לשכנע אותנו לעשות משהו לא בטוח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התחייבות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הבטחה לפעול לפי כללים מסוימים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לפני שחוצים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עוצרים לפני שפת המדרכה ומביטים לצדדים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קופצים ישר לכביש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סוגרים 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חוצים כביש בבטחה?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במעבר חצייה כשהרמזור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מאחורי מכונית חונה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בריצה בין מכוניות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חובשים קסדה?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אופנתי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להגן על הראש מפגיעה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לנסוע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להתחבא מהשמש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כשנוסעים ברכב?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עומדים במושב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חוגרים חגורת 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פותחים חלון ומוציאים 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אוכלים ושותים בלי לשבת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כדי שיראו אותנו בחושך?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ללבוש בגדים כהים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לדאוג שיראו אותנו, למשל עם בגד זוהר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לרוץ באמצע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להסתכל לצדדים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כשחבר מבקש לעשות משהו מסוכן?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מסכימים כדי לא לריב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אומרים ״לא״ ועוזרים לחבר להבין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מתעלמים ועושים את זה בסתר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מפסיקים לדבר איתו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לחצות כביש גם כשהרמזור אדום, אם אין מכוניות.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לבדוק שהרכבים עצרו לפני שחוצים גם ברמזור ירוק.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חגורת בטיחות צריך רק בנסיעות ארוכות.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קסדה חובה בכל רכיבה על אופניים או קורקינט.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להתעלם מלחץ חברתי מסוכן בלי לעזור לחבר.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עוצר/ת לפני __________ המדרכה ומביט/ה לשני הצדדים.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אני חוצה רק ב__________ חצייה וכשהרמזור ירוק.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אני חוגר/ת __________ בכל נסיעה.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חובש/ת __________ בכל רכיבה.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בחושך אני דואג/ת ש__________ אותי.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אני אומר/ת ״לא״ ל__________ חברתי מסוכן.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כלל לסיבה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עוצרים לפני שפת המדרכה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כדי להישאר מוגנים במושב בזמן נסיעה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חוצים במעבר חצייה ברמזור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כדי להגן על הראש מפגיעה ברכיבה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חוגרים חגורת 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כדי להישאר בטוחים ולעזור גם לחברים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חובשים קסדה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כדי לבדוק שהדרך פנויה לפני חצייה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לובשים בגד זוהר בחושך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כדי לחצות במקום הבטוח ביותר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אומרים ״לא״ ללחץ חברתי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כדי שנהגים יראו אותנו מרחוק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החצייה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להביט לצדדים גם תוך כדי החצייה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מוודאים שהרמזור ירוק ושהרכבים עצרו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מביטים לשני הצדדים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לפני שפת המדרכה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חוצים במעבר החצייה בהליכה, לא בריצה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סיבות לכך שחשוב לחגור חגורת בטיחות בכל נסיעה, גם 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במילים שלכם למה חשוב להיראות בחושך כשהולכים או רוכבים בדרך.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לפני חציית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לחגור חגורה ולחבוש קסדה?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מגיבים ללחץ חברתי מסוכן בדרך?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שומרי הדרך – התחייבות לזהירות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