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שומרי הדרך – התחייבות לזהירות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כללי הזהירות הבסיסיים בדרכים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חציית כביש, שימוש בחגורה וקסדה ונראות בחושך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קבלת החלטות נכונה מול לחץ חברתי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עוצרים לפני שפת המדרכה ומביטים לצדדים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במעבר חצייה כשהרמזור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כדי להגן על הראש מפגיעה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חוצים רק כשהרמזור ירוק ואחרי שבודקים שהרכבים עצרו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חלק מהתחייבות הזהירות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חוגרים חגורה בכל נסיעה, גם קצרה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חגורה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קסדה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כלל לסיבה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(כדי לבדוק שהדרך פנויה לפני חצייה)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(כדי לחצות במקום הבטוח ביותר)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(כדי להישאר מוגנים במושב בזמן נסיעה)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(כדי להגן על הראש מפגיעה ברכיבה)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החצייה הנכונים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 לפני שפת המדרכה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מביטים לשני הצדדים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מוודאים שהרמזור ירוק ושהרכבים עצרו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חוצים במעבר החצייה בהליכה, לא בריצה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החגורה שומרת על הגוף בבלימה פתאומית ומונעת פגיעה או נפילה מהמושב בזמן תאונה או בלימה חדה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עוצרים, מביטים לצדדים, בודקים רמזור ורכבים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להגן על הגוף והראש מפגיעה בתאונה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אומרים לא בנחישות ועוזרים גם לחבר להבין שזה מסוכן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לדמות בכיתה את תהליך החצייה הנכון צעד אחר צעד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לקשר בין הכללים לחוויות אישיות מהדרך הביתה מבית הספר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לאחר מילוי הדף אפשר להפנות למילוי ההתחייבות והדפסת התעודה האישית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שומרי הדרך – התחייבות לזהירות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הכללים המופיעים בהתחייבות ״שומר/ת דרך״ – איך חוצים כביש בבטחה, למה חשוב לחגור חגורה ולחבוש קסדה, ואיך נשארים בטוחים גם בחושך וגם מול חברים.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מעבר  ·  שפת  ·  חגורה  ·  קסדה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עושים לפני שחוצים 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רצים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עוצרים לפני שפת המדרכה ומביטים לצדדים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קופצים ישר לכביש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איפה נכון לחצות 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בכל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במעבר חצייה כשהרמזור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מאחורי מכונית חונה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למה חובשים קסדה ברכיבה?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זה אופנתי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כדי להגן על הראש מפגיעה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כדי לנסוע מהר יותר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לחצות כביש גם כשהרמזור אדום, אם אין מכוניות.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צריך לבדוק שהרכבים עצרו לפני שחוצים גם ברמזור ירוק.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חגורת בטיחות צריך רק בנסיעות ארוכות.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אני עוצר/ת לפני __________ המדרכה ומביט/ה לשני הצדדים.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אני חוצה רק ב__________ חצייה וכשהרמזור ירוק.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אני חוגר/ת __________ בכל נסיעה.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אני חובש/ת __________ בכל רכיבה.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כלל לסיבה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עוצרים לפני שפת המדרכה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כדי להישאר מוגנים במושב בזמן נסיעה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חוצים במעבר חצייה ברמזור ירוק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כדי לבדוק שהדרך פנויה לפני חצייה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חוגרים חגורת בטיחות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כדי להגן על הראש מפגיעה ברכיבה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חובשים קסדה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כדי לחצות במקום הבטוח ביותר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החצייה הנכונים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מוודאים שהרמזור ירוק ושהרכבים עצרו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חוצים במעבר החצייה בהליכה, לא בריצה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עוצרים לפני שפת המדרכה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מביטים לשני הצדדים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שתי סיבות לכך שחשוב לחגור חגורת בטיחות בכל נסיעה, גם 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עושים לפני חציית כביש?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מדוע חשוב לחגור חגורה ולחבוש קסדה?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שומרי הדרך – התחייבות לזהירות בדרכים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